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557EC4" w14:textId="77777777" w:rsidR="00FE3E3B" w:rsidRPr="002658AE" w:rsidRDefault="00FE3E3B" w:rsidP="00FE3E3B">
      <w:pPr>
        <w:spacing w:after="0" w:line="240" w:lineRule="auto"/>
        <w:jc w:val="right"/>
        <w:rPr>
          <w:lang w:val="it-IT"/>
        </w:rPr>
      </w:pPr>
      <w:r w:rsidRPr="002658AE">
        <w:rPr>
          <w:lang w:val="it-IT"/>
        </w:rPr>
        <w:t>Al Dirigente Scolastico</w:t>
      </w:r>
    </w:p>
    <w:p w14:paraId="79ECFC0B" w14:textId="77777777" w:rsidR="00FE3E3B" w:rsidRPr="00FE3E3B" w:rsidRDefault="00FE3E3B" w:rsidP="00FE3E3B">
      <w:pPr>
        <w:spacing w:after="0" w:line="240" w:lineRule="auto"/>
        <w:jc w:val="right"/>
        <w:rPr>
          <w:lang w:val="it-IT"/>
        </w:rPr>
      </w:pPr>
      <w:r w:rsidRPr="00FE3E3B">
        <w:rPr>
          <w:lang w:val="it-IT"/>
        </w:rPr>
        <w:t>dell’Istituto Comprensivo “Don G. Maraziti”</w:t>
      </w:r>
    </w:p>
    <w:p w14:paraId="1340D3D7" w14:textId="77777777" w:rsidR="00FE3E3B" w:rsidRPr="00FE3E3B" w:rsidRDefault="00FE3E3B" w:rsidP="00FE3E3B">
      <w:pPr>
        <w:spacing w:after="0" w:line="240" w:lineRule="auto"/>
        <w:jc w:val="center"/>
        <w:rPr>
          <w:b/>
          <w:lang w:val="it-IT"/>
        </w:rPr>
      </w:pPr>
    </w:p>
    <w:p w14:paraId="50202C2C" w14:textId="3ACADB03" w:rsidR="00FE3E3B" w:rsidRPr="00FE3E3B" w:rsidRDefault="003A4798" w:rsidP="00FE3E3B">
      <w:pPr>
        <w:spacing w:after="0" w:line="240" w:lineRule="auto"/>
        <w:jc w:val="center"/>
        <w:rPr>
          <w:b/>
          <w:lang w:val="it-IT"/>
        </w:rPr>
      </w:pPr>
      <w:r w:rsidRPr="00FE3E3B">
        <w:rPr>
          <w:b/>
          <w:lang w:val="it-IT"/>
        </w:rPr>
        <w:t>DICHIARAZIONE DI CONSENSO</w:t>
      </w:r>
    </w:p>
    <w:p w14:paraId="786B8E10" w14:textId="77777777" w:rsidR="00FE3E3B" w:rsidRPr="00FE3E3B" w:rsidRDefault="003A4798" w:rsidP="00FE3E3B">
      <w:pPr>
        <w:spacing w:after="0" w:line="240" w:lineRule="auto"/>
        <w:jc w:val="center"/>
        <w:rPr>
          <w:lang w:val="it-IT"/>
        </w:rPr>
      </w:pPr>
      <w:r w:rsidRPr="00FE3E3B">
        <w:rPr>
          <w:lang w:val="it-IT"/>
        </w:rPr>
        <w:t>Progetto “Discutiamone a Scuola” – Servizio di Psicologia Scolastica</w:t>
      </w:r>
    </w:p>
    <w:p w14:paraId="16AB4F75" w14:textId="16FCB9AB" w:rsidR="003D282D" w:rsidRPr="00FE3E3B" w:rsidRDefault="003A4798" w:rsidP="00FE3E3B">
      <w:pPr>
        <w:spacing w:after="0" w:line="240" w:lineRule="auto"/>
        <w:jc w:val="center"/>
        <w:rPr>
          <w:sz w:val="16"/>
          <w:szCs w:val="16"/>
          <w:lang w:val="it-IT"/>
        </w:rPr>
      </w:pPr>
      <w:r w:rsidRPr="00FE3E3B">
        <w:rPr>
          <w:sz w:val="16"/>
          <w:szCs w:val="16"/>
          <w:lang w:val="it-IT"/>
        </w:rPr>
        <w:t>(art. 6, par. 1, lett. a) GDPR)</w:t>
      </w:r>
    </w:p>
    <w:p w14:paraId="2B7B858F" w14:textId="77777777" w:rsidR="003D282D" w:rsidRPr="00FE3E3B" w:rsidRDefault="003A4798" w:rsidP="00FE3E3B">
      <w:pPr>
        <w:spacing w:after="120" w:line="240" w:lineRule="auto"/>
        <w:jc w:val="both"/>
        <w:rPr>
          <w:lang w:val="it-IT"/>
        </w:rPr>
      </w:pPr>
      <w:r w:rsidRPr="00FE3E3B">
        <w:rPr>
          <w:lang w:val="it-IT"/>
        </w:rPr>
        <w:t>I sottoscritti:</w:t>
      </w:r>
    </w:p>
    <w:p w14:paraId="3CBF987D" w14:textId="77777777" w:rsidR="003D282D" w:rsidRPr="00FE3E3B" w:rsidRDefault="003A4798" w:rsidP="00FE3E3B">
      <w:pPr>
        <w:spacing w:after="120" w:line="240" w:lineRule="auto"/>
        <w:jc w:val="both"/>
        <w:rPr>
          <w:lang w:val="it-IT"/>
        </w:rPr>
      </w:pPr>
      <w:r w:rsidRPr="00FE3E3B">
        <w:rPr>
          <w:lang w:val="it-IT"/>
        </w:rPr>
        <w:t xml:space="preserve">Cognome e Nome </w:t>
      </w:r>
      <w:r w:rsidRPr="00FE3E3B">
        <w:rPr>
          <w:lang w:val="it-IT"/>
        </w:rPr>
        <w:t>____________________________________________ residente a ________________________________</w:t>
      </w:r>
    </w:p>
    <w:p w14:paraId="1D49CF93" w14:textId="77777777" w:rsidR="003D282D" w:rsidRPr="00FE3E3B" w:rsidRDefault="003A4798" w:rsidP="00FE3E3B">
      <w:pPr>
        <w:spacing w:after="120" w:line="240" w:lineRule="auto"/>
        <w:jc w:val="both"/>
        <w:rPr>
          <w:lang w:val="it-IT"/>
        </w:rPr>
      </w:pPr>
      <w:r w:rsidRPr="00FE3E3B">
        <w:rPr>
          <w:lang w:val="it-IT"/>
        </w:rPr>
        <w:t>Indirizzo ________________________________________________ C.F. ________________________________________</w:t>
      </w:r>
    </w:p>
    <w:p w14:paraId="33ACFDEA" w14:textId="390B991A" w:rsidR="003D282D" w:rsidRPr="00FE3E3B" w:rsidRDefault="003A4798" w:rsidP="00FE3E3B">
      <w:pPr>
        <w:spacing w:after="120" w:line="240" w:lineRule="auto"/>
        <w:jc w:val="both"/>
        <w:rPr>
          <w:lang w:val="it-IT"/>
        </w:rPr>
      </w:pPr>
      <w:r w:rsidRPr="00FE3E3B">
        <w:rPr>
          <w:lang w:val="it-IT"/>
        </w:rPr>
        <w:t>Tel. ___________________________ E-mail _____________________</w:t>
      </w:r>
      <w:r w:rsidRPr="00FE3E3B">
        <w:rPr>
          <w:lang w:val="it-IT"/>
        </w:rPr>
        <w:t>____________________________________________</w:t>
      </w:r>
    </w:p>
    <w:p w14:paraId="0CFD448E" w14:textId="77777777" w:rsidR="00FE3E3B" w:rsidRPr="00FE3E3B" w:rsidRDefault="00FE3E3B" w:rsidP="00FE3E3B">
      <w:pPr>
        <w:spacing w:after="120" w:line="240" w:lineRule="auto"/>
        <w:jc w:val="both"/>
        <w:rPr>
          <w:lang w:val="it-IT"/>
        </w:rPr>
      </w:pPr>
    </w:p>
    <w:p w14:paraId="0E95C6BD" w14:textId="77777777" w:rsidR="003D282D" w:rsidRPr="00FE3E3B" w:rsidRDefault="003A4798" w:rsidP="00FE3E3B">
      <w:pPr>
        <w:spacing w:after="120" w:line="240" w:lineRule="auto"/>
        <w:jc w:val="both"/>
        <w:rPr>
          <w:lang w:val="it-IT"/>
        </w:rPr>
      </w:pPr>
      <w:r w:rsidRPr="00FE3E3B">
        <w:rPr>
          <w:lang w:val="it-IT"/>
        </w:rPr>
        <w:t>Cognome e Nome ____________________________________________ residente a ________________________________</w:t>
      </w:r>
    </w:p>
    <w:p w14:paraId="22F5F423" w14:textId="77777777" w:rsidR="003D282D" w:rsidRPr="00FE3E3B" w:rsidRDefault="003A4798" w:rsidP="00FE3E3B">
      <w:pPr>
        <w:spacing w:after="120" w:line="240" w:lineRule="auto"/>
        <w:jc w:val="both"/>
        <w:rPr>
          <w:lang w:val="it-IT"/>
        </w:rPr>
      </w:pPr>
      <w:r w:rsidRPr="00FE3E3B">
        <w:rPr>
          <w:lang w:val="it-IT"/>
        </w:rPr>
        <w:t>Indirizzo ________________________________________________ C.F. ________________________________________</w:t>
      </w:r>
    </w:p>
    <w:p w14:paraId="50A3B463" w14:textId="6B3BA159" w:rsidR="003D282D" w:rsidRPr="00FE3E3B" w:rsidRDefault="003A4798" w:rsidP="00FE3E3B">
      <w:pPr>
        <w:spacing w:after="120" w:line="240" w:lineRule="auto"/>
        <w:jc w:val="both"/>
        <w:rPr>
          <w:lang w:val="it-IT"/>
        </w:rPr>
      </w:pPr>
      <w:r w:rsidRPr="00FE3E3B">
        <w:rPr>
          <w:lang w:val="it-IT"/>
        </w:rPr>
        <w:t>T</w:t>
      </w:r>
      <w:r w:rsidRPr="00FE3E3B">
        <w:rPr>
          <w:lang w:val="it-IT"/>
        </w:rPr>
        <w:t>el. ___________________________ E-mail _________________________________________________________________</w:t>
      </w:r>
    </w:p>
    <w:p w14:paraId="69A9C226" w14:textId="77777777" w:rsidR="00FE3E3B" w:rsidRPr="00FE3E3B" w:rsidRDefault="00FE3E3B" w:rsidP="00FE3E3B">
      <w:pPr>
        <w:spacing w:after="120" w:line="240" w:lineRule="auto"/>
        <w:jc w:val="both"/>
        <w:rPr>
          <w:lang w:val="it-IT"/>
        </w:rPr>
      </w:pPr>
    </w:p>
    <w:p w14:paraId="334C135B" w14:textId="77777777" w:rsidR="003D282D" w:rsidRPr="00FE3E3B" w:rsidRDefault="003A4798" w:rsidP="00FE3E3B">
      <w:pPr>
        <w:spacing w:after="120" w:line="240" w:lineRule="auto"/>
        <w:jc w:val="both"/>
        <w:rPr>
          <w:lang w:val="it-IT"/>
        </w:rPr>
      </w:pPr>
      <w:r w:rsidRPr="00FE3E3B">
        <w:rPr>
          <w:lang w:val="it-IT"/>
        </w:rPr>
        <w:t>genitori / tutori / esercenti la responsabilità genitoriale di:</w:t>
      </w:r>
    </w:p>
    <w:p w14:paraId="088F584A" w14:textId="77777777" w:rsidR="003D282D" w:rsidRPr="00FE3E3B" w:rsidRDefault="003A4798" w:rsidP="00FE3E3B">
      <w:pPr>
        <w:spacing w:after="120" w:line="240" w:lineRule="auto"/>
        <w:jc w:val="both"/>
        <w:rPr>
          <w:lang w:val="it-IT"/>
        </w:rPr>
      </w:pPr>
      <w:r w:rsidRPr="00FE3E3B">
        <w:rPr>
          <w:lang w:val="it-IT"/>
        </w:rPr>
        <w:t>Cognome e Nome ________________________________________________________________________</w:t>
      </w:r>
      <w:r w:rsidRPr="00FE3E3B">
        <w:rPr>
          <w:lang w:val="it-IT"/>
        </w:rPr>
        <w:t>_______________</w:t>
      </w:r>
    </w:p>
    <w:p w14:paraId="7E3AB445" w14:textId="77777777" w:rsidR="003D282D" w:rsidRPr="00FE3E3B" w:rsidRDefault="003A4798" w:rsidP="00FE3E3B">
      <w:pPr>
        <w:spacing w:after="120" w:line="240" w:lineRule="auto"/>
        <w:jc w:val="both"/>
        <w:rPr>
          <w:lang w:val="it-IT"/>
        </w:rPr>
      </w:pPr>
      <w:r w:rsidRPr="00FE3E3B">
        <w:rPr>
          <w:lang w:val="it-IT"/>
        </w:rPr>
        <w:t>classe ________ plesso __________________________________________________________________________________</w:t>
      </w:r>
    </w:p>
    <w:p w14:paraId="2D22AD69" w14:textId="77777777" w:rsidR="003D282D" w:rsidRPr="00FE3E3B" w:rsidRDefault="003A4798" w:rsidP="00FE3E3B">
      <w:pPr>
        <w:spacing w:after="120" w:line="240" w:lineRule="auto"/>
        <w:jc w:val="both"/>
        <w:rPr>
          <w:lang w:val="it-IT"/>
        </w:rPr>
      </w:pPr>
      <w:r w:rsidRPr="00FE3E3B">
        <w:rPr>
          <w:b/>
          <w:lang w:val="it-IT"/>
        </w:rPr>
        <w:t>Preso atto</w:t>
      </w:r>
      <w:r w:rsidRPr="00FE3E3B">
        <w:rPr>
          <w:lang w:val="it-IT"/>
        </w:rPr>
        <w:t xml:space="preserve">  </w:t>
      </w:r>
    </w:p>
    <w:p w14:paraId="26634FD1" w14:textId="73728E12" w:rsidR="003D282D" w:rsidRPr="00FE3E3B" w:rsidRDefault="003A4798" w:rsidP="00FE3E3B">
      <w:pPr>
        <w:pStyle w:val="Paragrafoelenco"/>
        <w:numPr>
          <w:ilvl w:val="0"/>
          <w:numId w:val="11"/>
        </w:numPr>
        <w:spacing w:after="120" w:line="240" w:lineRule="auto"/>
        <w:jc w:val="both"/>
        <w:rPr>
          <w:lang w:val="it-IT"/>
        </w:rPr>
      </w:pPr>
      <w:r w:rsidRPr="00FE3E3B">
        <w:rPr>
          <w:lang w:val="it-IT"/>
        </w:rPr>
        <w:t>che, nell’ambito del protocollo sottoscritto tra la Regione Calabria e l’USR, è stato attivato il progetto “Discutiamon</w:t>
      </w:r>
      <w:r w:rsidRPr="00FE3E3B">
        <w:rPr>
          <w:lang w:val="it-IT"/>
        </w:rPr>
        <w:t>e a Scuola” in tutti gli Istituti scolastici calabresi;</w:t>
      </w:r>
    </w:p>
    <w:p w14:paraId="4AF9C105" w14:textId="17887002" w:rsidR="003D282D" w:rsidRPr="00FE3E3B" w:rsidRDefault="003A4798" w:rsidP="00FE3E3B">
      <w:pPr>
        <w:pStyle w:val="Paragrafoelenco"/>
        <w:numPr>
          <w:ilvl w:val="0"/>
          <w:numId w:val="11"/>
        </w:numPr>
        <w:spacing w:after="120" w:line="240" w:lineRule="auto"/>
        <w:jc w:val="both"/>
        <w:rPr>
          <w:lang w:val="it-IT"/>
        </w:rPr>
      </w:pPr>
      <w:r w:rsidRPr="00FE3E3B">
        <w:rPr>
          <w:lang w:val="it-IT"/>
        </w:rPr>
        <w:t>dell’Informativa allegata alla presente;</w:t>
      </w:r>
    </w:p>
    <w:p w14:paraId="6A6EAA37" w14:textId="77777777" w:rsidR="003D282D" w:rsidRPr="00FE3E3B" w:rsidRDefault="003A4798" w:rsidP="00FE3E3B">
      <w:pPr>
        <w:spacing w:after="120" w:line="240" w:lineRule="auto"/>
        <w:jc w:val="both"/>
        <w:rPr>
          <w:lang w:val="it-IT"/>
        </w:rPr>
      </w:pPr>
      <w:r w:rsidRPr="00FE3E3B">
        <w:rPr>
          <w:b/>
          <w:lang w:val="it-IT"/>
        </w:rPr>
        <w:t>C</w:t>
      </w:r>
      <w:r w:rsidRPr="00FE3E3B">
        <w:rPr>
          <w:b/>
          <w:lang w:val="it-IT"/>
        </w:rPr>
        <w:t>onsiderato</w:t>
      </w:r>
      <w:r w:rsidRPr="00FE3E3B">
        <w:rPr>
          <w:lang w:val="it-IT"/>
        </w:rPr>
        <w:t xml:space="preserve"> che il progetto prevede, tra gli altri, i seguenti servizi destinati agli studenti:</w:t>
      </w:r>
    </w:p>
    <w:p w14:paraId="3284F22C" w14:textId="20F6A1DF" w:rsidR="003D282D" w:rsidRPr="00FE3E3B" w:rsidRDefault="003A4798" w:rsidP="00FE3E3B">
      <w:pPr>
        <w:pStyle w:val="Paragrafoelenco"/>
        <w:numPr>
          <w:ilvl w:val="0"/>
          <w:numId w:val="11"/>
        </w:numPr>
        <w:spacing w:after="120" w:line="240" w:lineRule="auto"/>
        <w:jc w:val="both"/>
        <w:rPr>
          <w:lang w:val="it-IT"/>
        </w:rPr>
      </w:pPr>
      <w:r w:rsidRPr="00FE3E3B">
        <w:rPr>
          <w:lang w:val="it-IT"/>
        </w:rPr>
        <w:t xml:space="preserve">interventi in aula dello Psicologo a supporto delle classi </w:t>
      </w:r>
      <w:r w:rsidRPr="00FE3E3B">
        <w:rPr>
          <w:lang w:val="it-IT"/>
        </w:rPr>
        <w:t>per promuovere il benessere di salute e offrire indirizzi e approfondimenti su contenuti impattanti le tappe dell’età evolutiva;</w:t>
      </w:r>
    </w:p>
    <w:p w14:paraId="314B54EE" w14:textId="5D665CBE" w:rsidR="003D282D" w:rsidRPr="00FE3E3B" w:rsidRDefault="003A4798" w:rsidP="00FE3E3B">
      <w:pPr>
        <w:pStyle w:val="Paragrafoelenco"/>
        <w:numPr>
          <w:ilvl w:val="0"/>
          <w:numId w:val="11"/>
        </w:numPr>
        <w:spacing w:after="120" w:line="240" w:lineRule="auto"/>
        <w:jc w:val="both"/>
        <w:rPr>
          <w:lang w:val="it-IT"/>
        </w:rPr>
      </w:pPr>
      <w:r w:rsidRPr="00FE3E3B">
        <w:rPr>
          <w:lang w:val="it-IT"/>
        </w:rPr>
        <w:t>attività e interventi preventivi per ridurre il rischio di insorgenza di problemi psicologici, quali attività di sensibilizza</w:t>
      </w:r>
      <w:r w:rsidRPr="00FE3E3B">
        <w:rPr>
          <w:lang w:val="it-IT"/>
        </w:rPr>
        <w:t>zione sul benessere mentale e programmi di gestione dello stress;</w:t>
      </w:r>
    </w:p>
    <w:p w14:paraId="32060B39" w14:textId="4723FBEA" w:rsidR="003D282D" w:rsidRPr="00FE3E3B" w:rsidRDefault="003A4798" w:rsidP="00FE3E3B">
      <w:pPr>
        <w:pStyle w:val="Paragrafoelenco"/>
        <w:numPr>
          <w:ilvl w:val="0"/>
          <w:numId w:val="11"/>
        </w:numPr>
        <w:spacing w:after="120" w:line="240" w:lineRule="auto"/>
        <w:jc w:val="both"/>
        <w:rPr>
          <w:lang w:val="it-IT"/>
        </w:rPr>
      </w:pPr>
      <w:r w:rsidRPr="00FE3E3B">
        <w:rPr>
          <w:lang w:val="it-IT"/>
        </w:rPr>
        <w:t>attività di prevenzione del bullismo, del cyberbullismo e della dispersione scolastica;</w:t>
      </w:r>
    </w:p>
    <w:p w14:paraId="2CE95E9A" w14:textId="77777777" w:rsidR="003D282D" w:rsidRPr="00FE3E3B" w:rsidRDefault="003A4798" w:rsidP="00FE3E3B">
      <w:pPr>
        <w:spacing w:after="120" w:line="240" w:lineRule="auto"/>
        <w:jc w:val="both"/>
        <w:rPr>
          <w:lang w:val="it-IT"/>
        </w:rPr>
      </w:pPr>
      <w:r w:rsidRPr="00FE3E3B">
        <w:rPr>
          <w:b/>
          <w:lang w:val="it-IT"/>
        </w:rPr>
        <w:t>C</w:t>
      </w:r>
      <w:r w:rsidRPr="00FE3E3B">
        <w:rPr>
          <w:b/>
          <w:lang w:val="it-IT"/>
        </w:rPr>
        <w:t>onsapevole</w:t>
      </w:r>
    </w:p>
    <w:p w14:paraId="0FDF0C12" w14:textId="142FF9C4" w:rsidR="003D282D" w:rsidRPr="00FE3E3B" w:rsidRDefault="003A4798" w:rsidP="00FE3E3B">
      <w:pPr>
        <w:pStyle w:val="Paragrafoelenco"/>
        <w:numPr>
          <w:ilvl w:val="0"/>
          <w:numId w:val="11"/>
        </w:numPr>
        <w:spacing w:after="120" w:line="240" w:lineRule="auto"/>
        <w:jc w:val="both"/>
        <w:rPr>
          <w:lang w:val="it-IT"/>
        </w:rPr>
      </w:pPr>
      <w:r w:rsidRPr="00FE3E3B">
        <w:rPr>
          <w:lang w:val="it-IT"/>
        </w:rPr>
        <w:t>che la scuola tratterà i dati degli interessati conformemente a quanto specificato nel</w:t>
      </w:r>
      <w:r w:rsidRPr="00FE3E3B">
        <w:rPr>
          <w:lang w:val="it-IT"/>
        </w:rPr>
        <w:t>l’Informativa, per le finalità connesse al progetto “Discutiamone a Scuola”;</w:t>
      </w:r>
    </w:p>
    <w:p w14:paraId="7ADEC502" w14:textId="13E9CF80" w:rsidR="003D282D" w:rsidRPr="00FE3E3B" w:rsidRDefault="003A4798" w:rsidP="00FE3E3B">
      <w:pPr>
        <w:pStyle w:val="Paragrafoelenco"/>
        <w:numPr>
          <w:ilvl w:val="0"/>
          <w:numId w:val="11"/>
        </w:numPr>
        <w:spacing w:after="120" w:line="240" w:lineRule="auto"/>
        <w:jc w:val="both"/>
        <w:rPr>
          <w:lang w:val="it-IT"/>
        </w:rPr>
      </w:pPr>
      <w:r w:rsidRPr="00FE3E3B">
        <w:rPr>
          <w:lang w:val="it-IT"/>
        </w:rPr>
        <w:t>che i laboratori e le attività di gruppo organizzate dallo Psicologo possono far emergere difficoltà personali, sociali o emotive degli alunni;</w:t>
      </w:r>
    </w:p>
    <w:p w14:paraId="4F38DFF4" w14:textId="3189F831" w:rsidR="003D282D" w:rsidRPr="00FE3E3B" w:rsidRDefault="003A4798" w:rsidP="00FE3E3B">
      <w:pPr>
        <w:pStyle w:val="Paragrafoelenco"/>
        <w:numPr>
          <w:ilvl w:val="0"/>
          <w:numId w:val="11"/>
        </w:numPr>
        <w:spacing w:after="120" w:line="240" w:lineRule="auto"/>
        <w:jc w:val="both"/>
        <w:rPr>
          <w:lang w:val="it-IT"/>
        </w:rPr>
      </w:pPr>
      <w:r w:rsidRPr="00FE3E3B">
        <w:rPr>
          <w:lang w:val="it-IT"/>
        </w:rPr>
        <w:t>che lo Sportello di ascolto psi</w:t>
      </w:r>
      <w:r w:rsidRPr="00FE3E3B">
        <w:rPr>
          <w:lang w:val="it-IT"/>
        </w:rPr>
        <w:t>cologico individuale è oggetto di separato consenso e non è ricompreso nel presente modulo;</w:t>
      </w:r>
    </w:p>
    <w:p w14:paraId="53F461CA" w14:textId="788BEBFD" w:rsidR="003D282D" w:rsidRPr="00FE3E3B" w:rsidRDefault="003A4798" w:rsidP="00FE3E3B">
      <w:pPr>
        <w:pStyle w:val="Paragrafoelenco"/>
        <w:numPr>
          <w:ilvl w:val="0"/>
          <w:numId w:val="11"/>
        </w:numPr>
        <w:spacing w:after="120" w:line="240" w:lineRule="auto"/>
        <w:jc w:val="both"/>
        <w:rPr>
          <w:lang w:val="it-IT"/>
        </w:rPr>
      </w:pPr>
      <w:r w:rsidRPr="00FE3E3B">
        <w:rPr>
          <w:lang w:val="it-IT"/>
        </w:rPr>
        <w:t>che il consenso potrà essere revocato in qualsiasi momento, senza pregiudicare la liceità del trattamento basata sul consenso prima della revoca, e che il mancato</w:t>
      </w:r>
      <w:r w:rsidRPr="00FE3E3B">
        <w:rPr>
          <w:lang w:val="it-IT"/>
        </w:rPr>
        <w:t xml:space="preserve"> consenso non pregiudica in alcun modo la frequenza scolastica né l’accesso ad altri servizi dell’Istituto;</w:t>
      </w:r>
    </w:p>
    <w:p w14:paraId="463B6428" w14:textId="77777777" w:rsidR="00FE3E3B" w:rsidRPr="00FE3E3B" w:rsidRDefault="00FE3E3B" w:rsidP="00FE3E3B">
      <w:pPr>
        <w:spacing w:after="120" w:line="240" w:lineRule="auto"/>
        <w:jc w:val="both"/>
        <w:rPr>
          <w:lang w:val="it-IT"/>
        </w:rPr>
      </w:pPr>
    </w:p>
    <w:p w14:paraId="186ECA82" w14:textId="6FE52EA5" w:rsidR="003D282D" w:rsidRPr="00FE3E3B" w:rsidRDefault="003A4798" w:rsidP="00FE3E3B">
      <w:pPr>
        <w:spacing w:after="120" w:line="240" w:lineRule="auto"/>
        <w:jc w:val="both"/>
        <w:rPr>
          <w:lang w:val="it-IT"/>
        </w:rPr>
      </w:pPr>
      <w:r w:rsidRPr="00FE3E3B">
        <w:rPr>
          <w:lang w:val="it-IT"/>
        </w:rPr>
        <w:t>☐</w:t>
      </w:r>
      <w:r w:rsidRPr="00FE3E3B">
        <w:rPr>
          <w:lang w:val="it-IT"/>
        </w:rPr>
        <w:t xml:space="preserve"> ACCONSENTONO alla partecipazione del/la proprio/a figlio/a </w:t>
      </w:r>
      <w:proofErr w:type="spellStart"/>
      <w:r w:rsidRPr="00FE3E3B">
        <w:rPr>
          <w:lang w:val="it-IT"/>
        </w:rPr>
        <w:t>a</w:t>
      </w:r>
      <w:proofErr w:type="spellEnd"/>
      <w:r w:rsidRPr="00FE3E3B">
        <w:rPr>
          <w:lang w:val="it-IT"/>
        </w:rPr>
        <w:t xml:space="preserve"> tutte le attività condotte dallo Psicologo nell’ambito del progetto “Discu</w:t>
      </w:r>
      <w:r w:rsidRPr="00FE3E3B">
        <w:rPr>
          <w:lang w:val="it-IT"/>
        </w:rPr>
        <w:t>tiamone a Scuola” sopra specificate, con esclusione delle attività di Sportello di ascolto psicologico individuale, per le quali è previsto apposito e distinto modulo di consenso;</w:t>
      </w:r>
    </w:p>
    <w:p w14:paraId="6D5B975E" w14:textId="77777777" w:rsidR="003D282D" w:rsidRPr="00FE3E3B" w:rsidRDefault="003A4798" w:rsidP="00FE3E3B">
      <w:pPr>
        <w:spacing w:after="120" w:line="240" w:lineRule="auto"/>
        <w:jc w:val="both"/>
        <w:rPr>
          <w:lang w:val="it-IT"/>
        </w:rPr>
      </w:pPr>
      <w:r w:rsidRPr="00FE3E3B">
        <w:rPr>
          <w:lang w:val="it-IT"/>
        </w:rPr>
        <w:t>☐</w:t>
      </w:r>
      <w:r w:rsidRPr="00FE3E3B">
        <w:rPr>
          <w:lang w:val="it-IT"/>
        </w:rPr>
        <w:t xml:space="preserve"> NON ACCONSENTONO alla partecipazione del/la proprio/a figlio/a alle attivi</w:t>
      </w:r>
      <w:r w:rsidRPr="00FE3E3B">
        <w:rPr>
          <w:lang w:val="it-IT"/>
        </w:rPr>
        <w:t>tà condotte dallo Psicologo nell’ambito del progetto “Discutiamone a Scuola” sopra specificate.</w:t>
      </w:r>
    </w:p>
    <w:p w14:paraId="6DCAEF8D" w14:textId="77777777" w:rsidR="003D282D" w:rsidRPr="00FE3E3B" w:rsidRDefault="003D282D" w:rsidP="00FE3E3B">
      <w:pPr>
        <w:spacing w:after="120" w:line="240" w:lineRule="auto"/>
        <w:jc w:val="both"/>
        <w:rPr>
          <w:lang w:val="it-IT"/>
        </w:rPr>
      </w:pPr>
    </w:p>
    <w:p w14:paraId="1D54DE8C" w14:textId="77777777" w:rsidR="003D282D" w:rsidRPr="00FE3E3B" w:rsidRDefault="003A4798" w:rsidP="00FE3E3B">
      <w:pPr>
        <w:spacing w:after="120" w:line="240" w:lineRule="auto"/>
        <w:jc w:val="both"/>
        <w:rPr>
          <w:lang w:val="it-IT"/>
        </w:rPr>
      </w:pPr>
      <w:r w:rsidRPr="00FE3E3B">
        <w:rPr>
          <w:lang w:val="it-IT"/>
        </w:rPr>
        <w:t>Data _____________________</w:t>
      </w:r>
    </w:p>
    <w:p w14:paraId="4EE534CF" w14:textId="77777777" w:rsidR="00FE3E3B" w:rsidRPr="002658AE" w:rsidRDefault="00FE3E3B" w:rsidP="00FE3E3B">
      <w:pPr>
        <w:spacing w:after="120" w:line="240" w:lineRule="auto"/>
        <w:jc w:val="both"/>
        <w:rPr>
          <w:lang w:val="it-IT"/>
        </w:rPr>
      </w:pPr>
      <w:r w:rsidRPr="002658AE">
        <w:rPr>
          <w:lang w:val="it-IT"/>
        </w:rPr>
        <w:t>Firme degli esercenti la responsabilità genitoriale:</w:t>
      </w:r>
    </w:p>
    <w:p w14:paraId="30FE5F25" w14:textId="73FED674" w:rsidR="003D282D" w:rsidRPr="00FE3E3B" w:rsidRDefault="00FE3E3B" w:rsidP="00FE3E3B">
      <w:pPr>
        <w:spacing w:after="120" w:line="240" w:lineRule="auto"/>
        <w:jc w:val="both"/>
        <w:rPr>
          <w:lang w:val="it-IT"/>
        </w:rPr>
      </w:pPr>
      <w:r w:rsidRPr="002658AE">
        <w:rPr>
          <w:lang w:val="it-IT"/>
        </w:rPr>
        <w:t>_____________________________________________</w:t>
      </w:r>
      <w:r>
        <w:rPr>
          <w:lang w:val="it-IT"/>
        </w:rPr>
        <w:t xml:space="preserve">                        </w:t>
      </w:r>
      <w:r w:rsidRPr="002658AE">
        <w:rPr>
          <w:lang w:val="it-IT"/>
        </w:rPr>
        <w:t>_____________________________________________</w:t>
      </w:r>
    </w:p>
    <w:sectPr w:rsidR="003D282D" w:rsidRPr="00FE3E3B" w:rsidSect="00FE3E3B">
      <w:pgSz w:w="11906" w:h="16838" w:code="9"/>
      <w:pgMar w:top="567" w:right="1134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CC16C29"/>
    <w:multiLevelType w:val="hybridMultilevel"/>
    <w:tmpl w:val="7728D64E"/>
    <w:lvl w:ilvl="0" w:tplc="9082304A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5E1C3E"/>
    <w:multiLevelType w:val="hybridMultilevel"/>
    <w:tmpl w:val="622A6E0C"/>
    <w:lvl w:ilvl="0" w:tplc="9082304A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FE490C"/>
    <w:multiLevelType w:val="hybridMultilevel"/>
    <w:tmpl w:val="2F0A09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674CAC"/>
    <w:multiLevelType w:val="hybridMultilevel"/>
    <w:tmpl w:val="6DB8B4F8"/>
    <w:lvl w:ilvl="0" w:tplc="9082304A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1"/>
  </w:num>
  <w:num w:numId="11">
    <w:abstractNumId w:val="9"/>
  </w:num>
  <w:num w:numId="12">
    <w:abstractNumId w:val="1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A4798"/>
    <w:rsid w:val="003D282D"/>
    <w:rsid w:val="00AA1D8D"/>
    <w:rsid w:val="00B47730"/>
    <w:rsid w:val="00CB0664"/>
    <w:rsid w:val="00FC693F"/>
    <w:rsid w:val="00FE3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138CB2"/>
  <w14:defaultImageDpi w14:val="300"/>
  <w15:docId w15:val="{7E6BC1A5-62F4-4F74-801D-11D8A605E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493</Words>
  <Characters>2816</Characters>
  <Application>Microsoft Office Word</Application>
  <DocSecurity>0</DocSecurity>
  <Lines>23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3303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>Saverio Molinaro</cp:lastModifiedBy>
  <cp:revision>3</cp:revision>
  <dcterms:created xsi:type="dcterms:W3CDTF">2013-12-23T23:15:00Z</dcterms:created>
  <dcterms:modified xsi:type="dcterms:W3CDTF">2025-11-14T16:45:00Z</dcterms:modified>
  <cp:category/>
</cp:coreProperties>
</file>