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89E67" w14:textId="77777777" w:rsidR="002658AE" w:rsidRPr="002658AE" w:rsidRDefault="00DB3C09" w:rsidP="002658AE">
      <w:pPr>
        <w:spacing w:after="0" w:line="240" w:lineRule="auto"/>
        <w:jc w:val="right"/>
        <w:rPr>
          <w:lang w:val="it-IT"/>
        </w:rPr>
      </w:pPr>
      <w:r w:rsidRPr="002658AE">
        <w:rPr>
          <w:lang w:val="it-IT"/>
        </w:rPr>
        <w:t>Al Dirigente Scolastico</w:t>
      </w:r>
    </w:p>
    <w:p w14:paraId="534B18F2" w14:textId="1DEF5B4E" w:rsidR="009171F3" w:rsidRPr="002658AE" w:rsidRDefault="00DB3C09" w:rsidP="002658AE">
      <w:pPr>
        <w:spacing w:after="0" w:line="240" w:lineRule="auto"/>
        <w:jc w:val="right"/>
        <w:rPr>
          <w:lang w:val="it-IT"/>
        </w:rPr>
      </w:pPr>
      <w:r w:rsidRPr="002658AE">
        <w:rPr>
          <w:lang w:val="it-IT"/>
        </w:rPr>
        <w:t xml:space="preserve">dell’Istituto </w:t>
      </w:r>
      <w:r w:rsidR="002658AE">
        <w:rPr>
          <w:lang w:val="it-IT"/>
        </w:rPr>
        <w:t>Comprensivo “Don G. Maraziti”</w:t>
      </w:r>
    </w:p>
    <w:p w14:paraId="65078864" w14:textId="77777777" w:rsidR="002658AE" w:rsidRDefault="002658AE" w:rsidP="002658AE">
      <w:pPr>
        <w:spacing w:after="0" w:line="240" w:lineRule="auto"/>
        <w:jc w:val="center"/>
        <w:rPr>
          <w:b/>
          <w:lang w:val="it-IT"/>
        </w:rPr>
      </w:pPr>
    </w:p>
    <w:p w14:paraId="147F43FA" w14:textId="36F80C95" w:rsidR="002658AE" w:rsidRPr="002658AE" w:rsidRDefault="00DB3C09" w:rsidP="002658AE">
      <w:pPr>
        <w:spacing w:after="0" w:line="240" w:lineRule="auto"/>
        <w:jc w:val="center"/>
        <w:rPr>
          <w:b/>
          <w:lang w:val="it-IT"/>
        </w:rPr>
      </w:pPr>
      <w:r w:rsidRPr="002658AE">
        <w:rPr>
          <w:b/>
          <w:lang w:val="it-IT"/>
        </w:rPr>
        <w:t>DICHIARAZIONE DI CONSENSO</w:t>
      </w:r>
    </w:p>
    <w:p w14:paraId="769FC169" w14:textId="77777777" w:rsidR="002658AE" w:rsidRPr="002658AE" w:rsidRDefault="00DB3C09" w:rsidP="002658AE">
      <w:pPr>
        <w:spacing w:after="0" w:line="240" w:lineRule="auto"/>
        <w:jc w:val="center"/>
        <w:rPr>
          <w:lang w:val="it-IT"/>
        </w:rPr>
      </w:pPr>
      <w:r w:rsidRPr="002658AE">
        <w:rPr>
          <w:lang w:val="it-IT"/>
        </w:rPr>
        <w:t>Sportello di ascolto psicologico individuale</w:t>
      </w:r>
    </w:p>
    <w:p w14:paraId="49D45A4E" w14:textId="77777777" w:rsidR="002658AE" w:rsidRPr="002658AE" w:rsidRDefault="00DB3C09" w:rsidP="002658AE">
      <w:pPr>
        <w:spacing w:after="0" w:line="240" w:lineRule="auto"/>
        <w:jc w:val="center"/>
        <w:rPr>
          <w:lang w:val="it-IT"/>
        </w:rPr>
      </w:pPr>
      <w:r w:rsidRPr="002658AE">
        <w:rPr>
          <w:lang w:val="it-IT"/>
        </w:rPr>
        <w:t>Progetto “Discutiamone a Scuola” – Servizio di Psicologia Scolastica</w:t>
      </w:r>
    </w:p>
    <w:p w14:paraId="0308CBB7" w14:textId="69CBC869" w:rsidR="009171F3" w:rsidRPr="002658AE" w:rsidRDefault="00DB3C09" w:rsidP="002658AE">
      <w:pPr>
        <w:spacing w:after="0" w:line="240" w:lineRule="auto"/>
        <w:jc w:val="center"/>
        <w:rPr>
          <w:sz w:val="16"/>
          <w:szCs w:val="16"/>
          <w:lang w:val="it-IT"/>
        </w:rPr>
      </w:pPr>
      <w:r w:rsidRPr="002658AE">
        <w:rPr>
          <w:sz w:val="16"/>
          <w:szCs w:val="16"/>
          <w:lang w:val="it-IT"/>
        </w:rPr>
        <w:t>(art. 6, par. 1, lett. a) GDPR)</w:t>
      </w:r>
    </w:p>
    <w:p w14:paraId="44B77110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 xml:space="preserve">I </w:t>
      </w:r>
      <w:r w:rsidRPr="002658AE">
        <w:rPr>
          <w:lang w:val="it-IT"/>
        </w:rPr>
        <w:t>sottoscritti:</w:t>
      </w:r>
    </w:p>
    <w:p w14:paraId="4C794C31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Cognome e Nome ____________________________________________ residente a ________________________________</w:t>
      </w:r>
    </w:p>
    <w:p w14:paraId="646CD91A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Indirizzo ________________________________________________ C.F. ________________________________________</w:t>
      </w:r>
    </w:p>
    <w:p w14:paraId="3ED1AA77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Tel. ___________________________</w:t>
      </w:r>
      <w:r w:rsidRPr="002658AE">
        <w:rPr>
          <w:lang w:val="it-IT"/>
        </w:rPr>
        <w:t xml:space="preserve"> E-mail _________________________________________________________________</w:t>
      </w:r>
    </w:p>
    <w:p w14:paraId="65343D17" w14:textId="77777777" w:rsidR="002658AE" w:rsidRPr="002658AE" w:rsidRDefault="002658AE" w:rsidP="002658AE">
      <w:pPr>
        <w:spacing w:after="120" w:line="240" w:lineRule="auto"/>
        <w:jc w:val="both"/>
        <w:rPr>
          <w:lang w:val="it-IT"/>
        </w:rPr>
      </w:pPr>
    </w:p>
    <w:p w14:paraId="0C855FEA" w14:textId="3C7B673C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Cognome e Nome ____________________________________________ residente a ________________________________</w:t>
      </w:r>
    </w:p>
    <w:p w14:paraId="73BD4ED3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Indirizzo ________________________________________________ C.F. _____________</w:t>
      </w:r>
      <w:r w:rsidRPr="002658AE">
        <w:rPr>
          <w:lang w:val="it-IT"/>
        </w:rPr>
        <w:t>___________________________</w:t>
      </w:r>
    </w:p>
    <w:p w14:paraId="4085E50C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Tel. ___________________________ E-mail _________________________________________________________________</w:t>
      </w:r>
    </w:p>
    <w:p w14:paraId="675199F1" w14:textId="77777777" w:rsidR="002658AE" w:rsidRPr="002658AE" w:rsidRDefault="002658AE" w:rsidP="002658AE">
      <w:pPr>
        <w:spacing w:after="120" w:line="240" w:lineRule="auto"/>
        <w:jc w:val="both"/>
        <w:rPr>
          <w:lang w:val="it-IT"/>
        </w:rPr>
      </w:pPr>
    </w:p>
    <w:p w14:paraId="6BB0C284" w14:textId="20188276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genitori / tutori / esercenti la responsabilità genitoriale di:</w:t>
      </w:r>
    </w:p>
    <w:p w14:paraId="772334E4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Cognome e Nome ___________________________________________</w:t>
      </w:r>
      <w:r w:rsidRPr="002658AE">
        <w:rPr>
          <w:lang w:val="it-IT"/>
        </w:rPr>
        <w:t>____________________________________________</w:t>
      </w:r>
    </w:p>
    <w:p w14:paraId="1CB1013F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classe ________ plesso __________________________________________________________________________________</w:t>
      </w:r>
    </w:p>
    <w:p w14:paraId="4D898F73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b/>
          <w:lang w:val="it-IT"/>
        </w:rPr>
        <w:t>Preso atto</w:t>
      </w:r>
    </w:p>
    <w:p w14:paraId="31510625" w14:textId="01C1F579" w:rsidR="009171F3" w:rsidRPr="002658AE" w:rsidRDefault="00DB3C09" w:rsidP="002658AE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che, nell’ambito del protocollo sottoscritto tra la Regione Calabria e l’USR, è stato attiva</w:t>
      </w:r>
      <w:r w:rsidRPr="002658AE">
        <w:rPr>
          <w:lang w:val="it-IT"/>
        </w:rPr>
        <w:t>to il progetto “Discutiamone a Scuola” in tutti gli Istituti scolastici calabresi;</w:t>
      </w:r>
    </w:p>
    <w:p w14:paraId="0C658B57" w14:textId="3FBA4052" w:rsidR="009171F3" w:rsidRPr="002658AE" w:rsidRDefault="00DB3C09" w:rsidP="002658AE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dell’Informativa allegata alla presente;</w:t>
      </w:r>
    </w:p>
    <w:p w14:paraId="2E9F508A" w14:textId="0BC4358C" w:rsidR="009171F3" w:rsidRPr="002658AE" w:rsidRDefault="00DB3C09" w:rsidP="002658AE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che il progetto prevede, tra i propri servizi, l’attivazione di uno Sportello di ascolto psicologico al fine di offrire sostegno</w:t>
      </w:r>
      <w:r w:rsidRPr="002658AE">
        <w:rPr>
          <w:lang w:val="it-IT"/>
        </w:rPr>
        <w:t xml:space="preserve"> agli studenti che affrontano difficoltà personali o sociali, attraverso consulenze e attività di supporto agli alunni con difficoltà emotive, comportamentali e didattiche;</w:t>
      </w:r>
    </w:p>
    <w:p w14:paraId="30E17FFF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b/>
          <w:lang w:val="it-IT"/>
        </w:rPr>
        <w:t>C</w:t>
      </w:r>
      <w:r w:rsidRPr="002658AE">
        <w:rPr>
          <w:b/>
          <w:lang w:val="it-IT"/>
        </w:rPr>
        <w:t>onsapevole</w:t>
      </w:r>
    </w:p>
    <w:p w14:paraId="55F82683" w14:textId="2BF462E1" w:rsidR="009171F3" w:rsidRPr="002658AE" w:rsidRDefault="00DB3C09" w:rsidP="002658AE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che la scuola tratterà i dati degli interessati conformemente a quant</w:t>
      </w:r>
      <w:r w:rsidRPr="002658AE">
        <w:rPr>
          <w:lang w:val="it-IT"/>
        </w:rPr>
        <w:t>o specificato nell’Informativa, per le finalità connesse al progetto “Discutiamone a Scuola” e, in particolare, per la gestione delle attività di Sportello di ascolto;</w:t>
      </w:r>
    </w:p>
    <w:p w14:paraId="2BEA575E" w14:textId="1F02E743" w:rsidR="009171F3" w:rsidRPr="002658AE" w:rsidRDefault="00DB3C09" w:rsidP="002658AE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che l’adesione al servizio Sportello d’ascolto è su base volontaria e subordinata al c</w:t>
      </w:r>
      <w:r w:rsidRPr="002658AE">
        <w:rPr>
          <w:lang w:val="it-IT"/>
        </w:rPr>
        <w:t>onsenso dei genitori / esercenti la responsabilità genitoriale;</w:t>
      </w:r>
    </w:p>
    <w:p w14:paraId="58267A94" w14:textId="70D3D3A8" w:rsidR="009171F3" w:rsidRPr="002658AE" w:rsidRDefault="00DB3C09" w:rsidP="002658AE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che lo Psicologo, prima di dare avvio a qualsiasi attività di Sportello, è tenuto ad acquisire il consenso informato da parte degli utenti o da chi ne esercita la responsabilità genitoriale;</w:t>
      </w:r>
    </w:p>
    <w:p w14:paraId="573959E7" w14:textId="1344F4F2" w:rsidR="009171F3" w:rsidRPr="002658AE" w:rsidRDefault="00DB3C09" w:rsidP="002658AE">
      <w:pPr>
        <w:pStyle w:val="Paragrafoelenco"/>
        <w:numPr>
          <w:ilvl w:val="0"/>
          <w:numId w:val="11"/>
        </w:num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che il consenso potrà essere revocato in qualsiasi momento, senza pregiudicare la liceità del trattamento basata sul consenso prima della revoca, e che il mancato consenso non pregiudica in alcun modo la frequenza scolastica né l’accesso ad altri serviz</w:t>
      </w:r>
      <w:r w:rsidRPr="002658AE">
        <w:rPr>
          <w:lang w:val="it-IT"/>
        </w:rPr>
        <w:t>i dell’Istituto;</w:t>
      </w:r>
    </w:p>
    <w:p w14:paraId="4E3AE076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b/>
          <w:lang w:val="it-IT"/>
        </w:rPr>
        <w:t>I</w:t>
      </w:r>
      <w:r w:rsidRPr="002658AE">
        <w:rPr>
          <w:b/>
          <w:lang w:val="it-IT"/>
        </w:rPr>
        <w:t>n relazione alle attività individuali di Sportello di ascolto e consulenza psicologica:</w:t>
      </w:r>
    </w:p>
    <w:p w14:paraId="43C1FE23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☐</w:t>
      </w:r>
      <w:r w:rsidRPr="002658AE">
        <w:rPr>
          <w:lang w:val="it-IT"/>
        </w:rPr>
        <w:t xml:space="preserve"> ACCONSENTONO alla partecipazione del/la proprio/a figlio/a alle attività di Sportello di ascolto e consulenza psicologica individuale condotte dallo</w:t>
      </w:r>
      <w:r w:rsidRPr="002658AE">
        <w:rPr>
          <w:lang w:val="it-IT"/>
        </w:rPr>
        <w:t xml:space="preserve"> Psicologo nell’ambito del progetto “Discutiamone a Scuola”;</w:t>
      </w:r>
    </w:p>
    <w:p w14:paraId="043F5471" w14:textId="77777777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☐</w:t>
      </w:r>
      <w:r w:rsidRPr="002658AE">
        <w:rPr>
          <w:lang w:val="it-IT"/>
        </w:rPr>
        <w:t xml:space="preserve"> NON ACCONSENTONO alla partecipazione del/la proprio/a figlio/a alle attività di Sportello di ascolto e consulenza psicologica individuale condotte dallo Psicologo nell’ambito del progetto “Disc</w:t>
      </w:r>
      <w:r w:rsidRPr="002658AE">
        <w:rPr>
          <w:lang w:val="it-IT"/>
        </w:rPr>
        <w:t>utiamone a Scuola”.</w:t>
      </w:r>
    </w:p>
    <w:p w14:paraId="0C9730B8" w14:textId="77777777" w:rsidR="009171F3" w:rsidRPr="002658AE" w:rsidRDefault="009171F3" w:rsidP="002658AE">
      <w:pPr>
        <w:spacing w:after="120" w:line="240" w:lineRule="auto"/>
        <w:jc w:val="both"/>
        <w:rPr>
          <w:lang w:val="it-IT"/>
        </w:rPr>
      </w:pPr>
    </w:p>
    <w:p w14:paraId="4714B900" w14:textId="5DD6C24B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Data _____________________</w:t>
      </w:r>
    </w:p>
    <w:p w14:paraId="03D9D141" w14:textId="77777777" w:rsidR="002658AE" w:rsidRDefault="002658AE" w:rsidP="002658AE">
      <w:pPr>
        <w:spacing w:after="120" w:line="240" w:lineRule="auto"/>
        <w:jc w:val="both"/>
        <w:rPr>
          <w:lang w:val="it-IT"/>
        </w:rPr>
      </w:pPr>
    </w:p>
    <w:p w14:paraId="010A0FD1" w14:textId="0C35B7D3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Firme degli esercenti la responsabilità genitoriale:</w:t>
      </w:r>
    </w:p>
    <w:p w14:paraId="72AB4F42" w14:textId="563D558C" w:rsidR="009171F3" w:rsidRPr="002658AE" w:rsidRDefault="00DB3C09" w:rsidP="002658AE">
      <w:pPr>
        <w:spacing w:after="120" w:line="240" w:lineRule="auto"/>
        <w:jc w:val="both"/>
        <w:rPr>
          <w:lang w:val="it-IT"/>
        </w:rPr>
      </w:pPr>
      <w:r w:rsidRPr="002658AE">
        <w:rPr>
          <w:lang w:val="it-IT"/>
        </w:rPr>
        <w:t>_____________________________________________</w:t>
      </w:r>
      <w:r w:rsidR="002658AE">
        <w:rPr>
          <w:lang w:val="it-IT"/>
        </w:rPr>
        <w:t xml:space="preserve">                        </w:t>
      </w:r>
      <w:r w:rsidR="002658AE" w:rsidRPr="002658AE">
        <w:rPr>
          <w:lang w:val="it-IT"/>
        </w:rPr>
        <w:t>_____________________________________________</w:t>
      </w:r>
    </w:p>
    <w:sectPr w:rsidR="009171F3" w:rsidRPr="002658AE" w:rsidSect="002658AE">
      <w:pgSz w:w="11906" w:h="16838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264F0"/>
    <w:multiLevelType w:val="hybridMultilevel"/>
    <w:tmpl w:val="0D607FBC"/>
    <w:lvl w:ilvl="0" w:tplc="9082304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B4A2F"/>
    <w:multiLevelType w:val="hybridMultilevel"/>
    <w:tmpl w:val="5FCEE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2A33AA"/>
    <w:multiLevelType w:val="hybridMultilevel"/>
    <w:tmpl w:val="84C02BD0"/>
    <w:lvl w:ilvl="0" w:tplc="9082304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58AE"/>
    <w:rsid w:val="0029639D"/>
    <w:rsid w:val="00326F90"/>
    <w:rsid w:val="009171F3"/>
    <w:rsid w:val="00AA1D8D"/>
    <w:rsid w:val="00B47730"/>
    <w:rsid w:val="00CB0664"/>
    <w:rsid w:val="00DB3C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C8892E"/>
  <w14:defaultImageDpi w14:val="300"/>
  <w15:docId w15:val="{7E6BC1A5-62F4-4F74-801D-11D8A605E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Saverio Molinaro</cp:lastModifiedBy>
  <cp:revision>3</cp:revision>
  <dcterms:created xsi:type="dcterms:W3CDTF">2013-12-23T23:15:00Z</dcterms:created>
  <dcterms:modified xsi:type="dcterms:W3CDTF">2025-11-14T16:39:00Z</dcterms:modified>
  <cp:category/>
</cp:coreProperties>
</file>